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C7566" w14:textId="77777777" w:rsidR="00486685" w:rsidRDefault="00000000">
      <w:pPr>
        <w:pStyle w:val="Titel"/>
      </w:pPr>
      <w:r>
        <w:rPr>
          <w:color w:val="0057D9"/>
        </w:rPr>
        <w:t>Algemene voorwaarden</w:t>
      </w:r>
      <w:r>
        <w:rPr>
          <w:color w:val="0057D9"/>
        </w:rPr>
        <w:br/>
        <w:t>Street Sports Nederland</w:t>
      </w:r>
    </w:p>
    <w:p w14:paraId="2F30AA1D" w14:textId="77777777" w:rsidR="00486685" w:rsidRDefault="00000000">
      <w:r>
        <w:t>Versie 1.0 – Concept</w:t>
      </w:r>
      <w:r>
        <w:br/>
      </w:r>
      <w:r>
        <w:br/>
        <w:t>Deze algemene voorwaarden zijn van toepassing op alle diensten van Street Sports Nederland, waaronder opleidingen, workshops, trainingen, evenementen, advies en overige dienstverlening.</w:t>
      </w:r>
    </w:p>
    <w:p w14:paraId="78FAEF20" w14:textId="77777777" w:rsidR="00486685" w:rsidRDefault="00000000">
      <w:pPr>
        <w:pStyle w:val="Kop1"/>
      </w:pPr>
      <w:r>
        <w:rPr>
          <w:color w:val="0057D9"/>
        </w:rPr>
        <w:t>Artikel 1 – Toepasselijkheid</w:t>
      </w:r>
    </w:p>
    <w:p w14:paraId="4DB4A199" w14:textId="77777777" w:rsidR="00486685" w:rsidRDefault="00000000">
      <w:r>
        <w:t>Deze voorwaarden zijn van toepassing op alle offertes, overeenkomsten en diensten van Street Sports Nederland. Afwijkingen zijn alleen geldig wanneer deze schriftelijk zijn overeengekomen.</w:t>
      </w:r>
    </w:p>
    <w:p w14:paraId="25A857E8" w14:textId="77777777" w:rsidR="00486685" w:rsidRDefault="00000000">
      <w:pPr>
        <w:pStyle w:val="Kop1"/>
      </w:pPr>
      <w:r>
        <w:rPr>
          <w:color w:val="0057D9"/>
        </w:rPr>
        <w:t>Artikel 2 – Diensten</w:t>
      </w:r>
    </w:p>
    <w:p w14:paraId="46411348" w14:textId="77777777" w:rsidR="00486685" w:rsidRDefault="00000000">
      <w:r>
        <w:t>Street Sports Nederland verzorgt opleidingen, workshops, trainingen, evenementen, advies en andere activiteiten. De inhoud van een dienst kan worden aangepast wanneer dit de kwaliteit of veiligheid ten goede komt.</w:t>
      </w:r>
    </w:p>
    <w:p w14:paraId="498D8D3E" w14:textId="77777777" w:rsidR="00486685" w:rsidRDefault="00000000">
      <w:pPr>
        <w:pStyle w:val="Kop1"/>
      </w:pPr>
      <w:r>
        <w:rPr>
          <w:color w:val="0057D9"/>
        </w:rPr>
        <w:t>Artikel 3 – Totstandkoming overeenkomst</w:t>
      </w:r>
    </w:p>
    <w:p w14:paraId="5670666E" w14:textId="77777777" w:rsidR="00486685" w:rsidRDefault="00000000">
      <w:r>
        <w:t>Een overeenkomst komt tot stand zodra een inschrijving of offerte schriftelijk of digitaal is bevestigd. Street Sports Nederland kan een inschrijving weigeren wanneer daar een gegronde reden voor bestaat.</w:t>
      </w:r>
    </w:p>
    <w:p w14:paraId="31165ACF" w14:textId="77777777" w:rsidR="00486685" w:rsidRDefault="00000000">
      <w:pPr>
        <w:pStyle w:val="Kop1"/>
      </w:pPr>
      <w:r>
        <w:rPr>
          <w:color w:val="0057D9"/>
        </w:rPr>
        <w:t>Artikel 4 – Tarieven en betaling</w:t>
      </w:r>
    </w:p>
    <w:p w14:paraId="41A690AA" w14:textId="77777777" w:rsidR="00486685" w:rsidRDefault="00000000">
      <w:r>
        <w:t>Alle tarieven zijn vermeld inclusief of exclusief btw zoals aangegeven. Facturen dienen binnen de aangegeven betaaltermijn te worden voldaan. Bij uitblijvende betaling kan deelname worden opgeschort.</w:t>
      </w:r>
    </w:p>
    <w:p w14:paraId="2E089EF4" w14:textId="77777777" w:rsidR="00486685" w:rsidRDefault="00000000">
      <w:pPr>
        <w:pStyle w:val="Kop1"/>
      </w:pPr>
      <w:r>
        <w:rPr>
          <w:color w:val="0057D9"/>
        </w:rPr>
        <w:t>Artikel 5 – Annulering</w:t>
      </w:r>
    </w:p>
    <w:p w14:paraId="1BC6BE46" w14:textId="77777777" w:rsidR="00486685" w:rsidRDefault="00000000">
      <w:r>
        <w:t>Annuleringen dienen schriftelijk te worden doorgegeven. Street Sports Nederland behoudt zich het recht voor een activiteit te verplaatsen of te annuleren bij onvoldoende deelnemers, overmacht of onvoorziene omstandigheden.</w:t>
      </w:r>
    </w:p>
    <w:p w14:paraId="327E4FC8" w14:textId="77777777" w:rsidR="00486685" w:rsidRDefault="00000000">
      <w:pPr>
        <w:pStyle w:val="Kop1"/>
      </w:pPr>
      <w:r>
        <w:rPr>
          <w:color w:val="0057D9"/>
        </w:rPr>
        <w:lastRenderedPageBreak/>
        <w:t>Artikel 6 – Deelname en verantwoordelijkheid</w:t>
      </w:r>
    </w:p>
    <w:p w14:paraId="32C78905" w14:textId="77777777" w:rsidR="00486685" w:rsidRDefault="00000000">
      <w:r>
        <w:t>Deelnemers zijn zelf verantwoordelijk voor het melden van relevante medische of fysieke beperkingen en nemen op eigen verantwoordelijkheid deel aan activiteiten.</w:t>
      </w:r>
    </w:p>
    <w:p w14:paraId="2BE044BB" w14:textId="77777777" w:rsidR="00486685" w:rsidRDefault="00000000">
      <w:pPr>
        <w:pStyle w:val="Kop1"/>
      </w:pPr>
      <w:r>
        <w:rPr>
          <w:color w:val="0057D9"/>
        </w:rPr>
        <w:t>Artikel 7 – Gedrag en veiligheid</w:t>
      </w:r>
    </w:p>
    <w:p w14:paraId="55B99173" w14:textId="77777777" w:rsidR="00486685" w:rsidRDefault="00000000">
      <w:r>
        <w:t>Van iedere deelnemer wordt respectvol gedrag verwacht. Street Sports Nederland kan deelname beëindigen bij grensoverschrijdend gedrag, discriminatie, intimidatie, agressie of het niet opvolgen van redelijke aanwijzingen.</w:t>
      </w:r>
    </w:p>
    <w:p w14:paraId="4B0DC89C" w14:textId="77777777" w:rsidR="00486685" w:rsidRDefault="00000000">
      <w:pPr>
        <w:pStyle w:val="Kop1"/>
      </w:pPr>
      <w:r>
        <w:rPr>
          <w:color w:val="0057D9"/>
        </w:rPr>
        <w:t>Artikel 8 – Intellectueel eigendom</w:t>
      </w:r>
    </w:p>
    <w:p w14:paraId="6AD5EEB9" w14:textId="77777777" w:rsidR="00486685" w:rsidRDefault="00000000">
      <w:r>
        <w:t>Lesmateriaal, presentaties, werkboeken, foto's en overige materialen blijven eigendom van Street Sports Nederland en mogen zonder voorafgaande schriftelijke toestemming niet worden gekopieerd of verspreid.</w:t>
      </w:r>
    </w:p>
    <w:p w14:paraId="2C34182F" w14:textId="77777777" w:rsidR="00486685" w:rsidRDefault="00000000">
      <w:pPr>
        <w:pStyle w:val="Kop1"/>
      </w:pPr>
      <w:r>
        <w:rPr>
          <w:color w:val="0057D9"/>
        </w:rPr>
        <w:t>Artikel 9 – Privacy</w:t>
      </w:r>
    </w:p>
    <w:p w14:paraId="659088FB" w14:textId="77777777" w:rsidR="00486685" w:rsidRDefault="00000000">
      <w:r>
        <w:t>Persoonsgegevens worden verwerkt overeenkomstig de geldende privacywetgeving en de privacyverklaring van Street Sports Nederland.</w:t>
      </w:r>
    </w:p>
    <w:p w14:paraId="74E3F114" w14:textId="77777777" w:rsidR="00486685" w:rsidRDefault="00000000">
      <w:pPr>
        <w:pStyle w:val="Kop1"/>
      </w:pPr>
      <w:r>
        <w:rPr>
          <w:color w:val="0057D9"/>
        </w:rPr>
        <w:t>Artikel 10 – Aansprakelijkheid</w:t>
      </w:r>
    </w:p>
    <w:p w14:paraId="67A47BAF" w14:textId="77777777" w:rsidR="00486685" w:rsidRDefault="00000000">
      <w:r>
        <w:t>Street Sports Nederland is uitsluitend aansprakelijk voor directe schade die het gevolg is van opzet of bewuste roekeloosheid, voor zover wettelijk toegestaan. Deelname aan sportactiviteiten gebeurt op eigen risico.</w:t>
      </w:r>
    </w:p>
    <w:p w14:paraId="2C29C650" w14:textId="77777777" w:rsidR="00486685" w:rsidRDefault="00000000">
      <w:pPr>
        <w:pStyle w:val="Kop1"/>
      </w:pPr>
      <w:r>
        <w:rPr>
          <w:color w:val="0057D9"/>
        </w:rPr>
        <w:t>Artikel 11 – Klachten en geschillen</w:t>
      </w:r>
    </w:p>
    <w:p w14:paraId="59A9A774" w14:textId="77777777" w:rsidR="00486685" w:rsidRDefault="00000000">
      <w:r>
        <w:t>Klachten worden bij voorkeur eerst in onderling overleg opgelost. Op alle overeenkomsten is Nederlands recht van toepassing.</w:t>
      </w:r>
    </w:p>
    <w:p w14:paraId="5C89F66A" w14:textId="77777777" w:rsidR="00486685" w:rsidRDefault="00000000">
      <w:pPr>
        <w:pStyle w:val="Kop1"/>
      </w:pPr>
      <w:r>
        <w:rPr>
          <w:color w:val="0057D9"/>
        </w:rPr>
        <w:t>Artikel 12 – Slotbepalingen</w:t>
      </w:r>
    </w:p>
    <w:p w14:paraId="33BF2237" w14:textId="77777777" w:rsidR="00486685" w:rsidRDefault="00000000">
      <w:r>
        <w:t>Indien een bepaling uit deze voorwaarden ongeldig blijkt, blijven de overige bepalingen onverminderd van kracht. De meest recente versie van deze voorwaarden is van toepassing.</w:t>
      </w:r>
    </w:p>
    <w:sectPr w:rsidR="00486685" w:rsidSect="00034616"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692A4" w14:textId="77777777" w:rsidR="00A1440F" w:rsidRDefault="00A1440F">
      <w:pPr>
        <w:spacing w:after="0" w:line="240" w:lineRule="auto"/>
      </w:pPr>
      <w:r>
        <w:separator/>
      </w:r>
    </w:p>
  </w:endnote>
  <w:endnote w:type="continuationSeparator" w:id="0">
    <w:p w14:paraId="562A5E66" w14:textId="77777777" w:rsidR="00A1440F" w:rsidRDefault="00A144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F15FC" w14:textId="77777777" w:rsidR="00486685" w:rsidRDefault="00000000">
    <w:pPr>
      <w:pStyle w:val="Voettekst"/>
    </w:pPr>
    <w:r>
      <w:t xml:space="preserve">© Street Sports Nederland – Alle </w:t>
    </w:r>
    <w:proofErr w:type="spellStart"/>
    <w:r>
      <w:t>rechten</w:t>
    </w:r>
    <w:proofErr w:type="spellEnd"/>
    <w:r>
      <w:t xml:space="preserve"> </w:t>
    </w:r>
    <w:proofErr w:type="spellStart"/>
    <w:r>
      <w:t>voorbehouden</w:t>
    </w:r>
    <w:proofErr w:type="spellEnd"/>
    <w:r>
      <w:t xml:space="preserve">. </w:t>
    </w:r>
    <w:proofErr w:type="spellStart"/>
    <w:r>
      <w:t>Niets</w:t>
    </w:r>
    <w:proofErr w:type="spellEnd"/>
    <w:r>
      <w:t xml:space="preserve"> </w:t>
    </w:r>
    <w:proofErr w:type="spellStart"/>
    <w:r>
      <w:t>uit</w:t>
    </w:r>
    <w:proofErr w:type="spellEnd"/>
    <w:r>
      <w:t xml:space="preserve"> </w:t>
    </w:r>
    <w:proofErr w:type="spellStart"/>
    <w:r>
      <w:t>deze</w:t>
    </w:r>
    <w:proofErr w:type="spellEnd"/>
    <w:r>
      <w:t xml:space="preserve"> </w:t>
    </w:r>
    <w:proofErr w:type="spellStart"/>
    <w:r>
      <w:t>uitgave</w:t>
    </w:r>
    <w:proofErr w:type="spellEnd"/>
    <w:r>
      <w:t xml:space="preserve"> mag </w:t>
    </w:r>
    <w:proofErr w:type="spellStart"/>
    <w:r>
      <w:t>zonder</w:t>
    </w:r>
    <w:proofErr w:type="spellEnd"/>
    <w:r>
      <w:t xml:space="preserve"> </w:t>
    </w:r>
    <w:proofErr w:type="spellStart"/>
    <w:r>
      <w:t>voorafgaande</w:t>
    </w:r>
    <w:proofErr w:type="spellEnd"/>
    <w:r>
      <w:t xml:space="preserve"> </w:t>
    </w:r>
    <w:proofErr w:type="spellStart"/>
    <w:r>
      <w:t>schriftelijke</w:t>
    </w:r>
    <w:proofErr w:type="spellEnd"/>
    <w:r>
      <w:t xml:space="preserve"> </w:t>
    </w:r>
    <w:proofErr w:type="spellStart"/>
    <w:r>
      <w:t>toestemming</w:t>
    </w:r>
    <w:proofErr w:type="spellEnd"/>
    <w:r>
      <w:t xml:space="preserve"> van Street Sports Nederland </w:t>
    </w:r>
    <w:proofErr w:type="spellStart"/>
    <w:r>
      <w:t>worden</w:t>
    </w:r>
    <w:proofErr w:type="spellEnd"/>
    <w:r>
      <w:t xml:space="preserve"> </w:t>
    </w:r>
    <w:proofErr w:type="spellStart"/>
    <w:r>
      <w:t>verveelvoudigd</w:t>
    </w:r>
    <w:proofErr w:type="spellEnd"/>
    <w:r>
      <w:t xml:space="preserve">, </w:t>
    </w:r>
    <w:proofErr w:type="spellStart"/>
    <w:r>
      <w:t>openbaar</w:t>
    </w:r>
    <w:proofErr w:type="spellEnd"/>
    <w:r>
      <w:t xml:space="preserve"> </w:t>
    </w:r>
    <w:proofErr w:type="spellStart"/>
    <w:r>
      <w:t>gemaakt</w:t>
    </w:r>
    <w:proofErr w:type="spellEnd"/>
    <w:r>
      <w:t xml:space="preserve"> of </w:t>
    </w:r>
    <w:proofErr w:type="spellStart"/>
    <w:r>
      <w:t>verspreid</w:t>
    </w:r>
    <w:proofErr w:type="spellEnd"/>
    <w:r>
      <w:t xml:space="preserve">, in </w:t>
    </w:r>
    <w:proofErr w:type="spellStart"/>
    <w:r>
      <w:t>welke</w:t>
    </w:r>
    <w:proofErr w:type="spellEnd"/>
    <w:r>
      <w:t xml:space="preserve"> </w:t>
    </w:r>
    <w:proofErr w:type="spellStart"/>
    <w:r>
      <w:t>vorm</w:t>
    </w:r>
    <w:proofErr w:type="spellEnd"/>
    <w:r>
      <w:t xml:space="preserve"> dan </w:t>
    </w:r>
    <w:proofErr w:type="spellStart"/>
    <w:r>
      <w:t>ook</w:t>
    </w:r>
    <w:proofErr w:type="spellEnd"/>
    <w: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4D481" w14:textId="77777777" w:rsidR="00A1440F" w:rsidRDefault="00A1440F">
      <w:pPr>
        <w:spacing w:after="0" w:line="240" w:lineRule="auto"/>
      </w:pPr>
      <w:r>
        <w:separator/>
      </w:r>
    </w:p>
  </w:footnote>
  <w:footnote w:type="continuationSeparator" w:id="0">
    <w:p w14:paraId="03620EFD" w14:textId="77777777" w:rsidR="00A1440F" w:rsidRDefault="00A144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50288655">
    <w:abstractNumId w:val="8"/>
  </w:num>
  <w:num w:numId="2" w16cid:durableId="184222208">
    <w:abstractNumId w:val="6"/>
  </w:num>
  <w:num w:numId="3" w16cid:durableId="2063015179">
    <w:abstractNumId w:val="5"/>
  </w:num>
  <w:num w:numId="4" w16cid:durableId="1354115654">
    <w:abstractNumId w:val="4"/>
  </w:num>
  <w:num w:numId="5" w16cid:durableId="955140867">
    <w:abstractNumId w:val="7"/>
  </w:num>
  <w:num w:numId="6" w16cid:durableId="301886713">
    <w:abstractNumId w:val="3"/>
  </w:num>
  <w:num w:numId="7" w16cid:durableId="1707221593">
    <w:abstractNumId w:val="2"/>
  </w:num>
  <w:num w:numId="8" w16cid:durableId="1152868013">
    <w:abstractNumId w:val="1"/>
  </w:num>
  <w:num w:numId="9" w16cid:durableId="13134810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14615"/>
    <w:rsid w:val="00486685"/>
    <w:rsid w:val="008D10AF"/>
    <w:rsid w:val="00A1440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BA0446"/>
  <w14:defaultImageDpi w14:val="300"/>
  <w15:docId w15:val="{135DCC33-D2FA-488F-9284-7447279DD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445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Silvia Bos- Holtkamp</cp:lastModifiedBy>
  <cp:revision>2</cp:revision>
  <dcterms:created xsi:type="dcterms:W3CDTF">2026-07-22T08:27:00Z</dcterms:created>
  <dcterms:modified xsi:type="dcterms:W3CDTF">2026-07-22T08:27:00Z</dcterms:modified>
  <cp:category/>
</cp:coreProperties>
</file>