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68517" w14:textId="77777777" w:rsidR="008D1AB0" w:rsidRDefault="00000000">
      <w:pPr>
        <w:pStyle w:val="Titel"/>
      </w:pPr>
      <w:r>
        <w:rPr>
          <w:color w:val="0057D9"/>
        </w:rPr>
        <w:t>Gedragscode Street Sports Nederland</w:t>
      </w:r>
    </w:p>
    <w:p w14:paraId="0D6CAA29" w14:textId="77777777" w:rsidR="008D1AB0" w:rsidRDefault="00000000">
      <w:r>
        <w:rPr>
          <w:b/>
        </w:rPr>
        <w:t>Samen bouwen aan een veilige, respectvolle en sterke community</w:t>
      </w:r>
      <w:r>
        <w:rPr>
          <w:b/>
        </w:rPr>
        <w:br/>
      </w:r>
      <w:r>
        <w:t>Bij Street Sports Nederland geloven we dat iedereen zich welkom, veilig en gerespecteerd moet voelen. Samen creëren we een omgeving waarin sport, ontwikkeling en plezier hand in hand gaan. Iedereen draagt daar verantwoordelijkheid voor.</w:t>
      </w:r>
    </w:p>
    <w:p w14:paraId="1CC8ADEE" w14:textId="77777777" w:rsidR="008D1AB0" w:rsidRDefault="00000000">
      <w:pPr>
        <w:pStyle w:val="Kop1"/>
      </w:pPr>
      <w:r>
        <w:rPr>
          <w:color w:val="0057D9"/>
          <w:sz w:val="30"/>
        </w:rPr>
        <w:t>1. Respect staat voorop</w:t>
      </w:r>
    </w:p>
    <w:p w14:paraId="59C53E6E" w14:textId="77777777" w:rsidR="008D1AB0" w:rsidRDefault="00000000">
      <w:r>
        <w:t>Wij behandelen elkaar met respect, ongeacht leeftijd, geslacht, genderidentiteit, afkomst, geloof, beperking, seksuele geaardheid, niveau of rol. Iedereen hoort erbij.</w:t>
      </w:r>
    </w:p>
    <w:p w14:paraId="7EF8D9EC" w14:textId="77777777" w:rsidR="008D1AB0" w:rsidRDefault="008D1AB0"/>
    <w:p w14:paraId="2BCD3C61" w14:textId="77777777" w:rsidR="008D1AB0" w:rsidRDefault="00000000">
      <w:pPr>
        <w:pStyle w:val="Kop1"/>
      </w:pPr>
      <w:r>
        <w:rPr>
          <w:color w:val="0057D9"/>
          <w:sz w:val="30"/>
        </w:rPr>
        <w:t>2. Wij zijn één community</w:t>
      </w:r>
    </w:p>
    <w:p w14:paraId="7B9222A3" w14:textId="77777777" w:rsidR="008D1AB0" w:rsidRDefault="00000000">
      <w:r>
        <w:t>Wij helpen elkaar groeien, spreken elkaar respectvol aan, luisteren voordat we oordelen, geven ruimte aan verschillen en vieren successen samen.</w:t>
      </w:r>
    </w:p>
    <w:p w14:paraId="3047B968" w14:textId="77777777" w:rsidR="008D1AB0" w:rsidRDefault="008D1AB0"/>
    <w:p w14:paraId="4AA09DBA" w14:textId="77777777" w:rsidR="008D1AB0" w:rsidRDefault="00000000">
      <w:pPr>
        <w:pStyle w:val="Kop1"/>
      </w:pPr>
      <w:r>
        <w:rPr>
          <w:color w:val="0057D9"/>
          <w:sz w:val="30"/>
        </w:rPr>
        <w:t>3. Veilig sporten begint bij jezelf</w:t>
      </w:r>
    </w:p>
    <w:p w14:paraId="0ECFC556" w14:textId="77777777" w:rsidR="008D1AB0" w:rsidRDefault="00000000">
      <w:r>
        <w:t>Iedereen neemt verantwoordelijkheid voor zijn of haar gedrag, houdt rekening met anderen, volgt redelijke aanwijzingen van trainers en organisatoren op en draagt actief bij aan een positieve sfeer.</w:t>
      </w:r>
    </w:p>
    <w:p w14:paraId="53D222C6" w14:textId="77777777" w:rsidR="008D1AB0" w:rsidRDefault="008D1AB0"/>
    <w:p w14:paraId="3F8CD80D" w14:textId="77777777" w:rsidR="008D1AB0" w:rsidRDefault="00000000">
      <w:pPr>
        <w:pStyle w:val="Kop1"/>
      </w:pPr>
      <w:r>
        <w:rPr>
          <w:color w:val="0057D9"/>
          <w:sz w:val="30"/>
        </w:rPr>
        <w:t>4. Wat past niet bij Street Sports Nederland</w:t>
      </w:r>
    </w:p>
    <w:p w14:paraId="19494790" w14:textId="77777777" w:rsidR="008D1AB0" w:rsidRDefault="00000000">
      <w:r>
        <w:t>Discriminatie, pesten, intimidatie, agressie, geweld, seksuele intimidatie, machtsmisbruik, racisme, uitsluiting, online intimidatie en bewust onveilig gedrag worden niet geaccepteerd.</w:t>
      </w:r>
    </w:p>
    <w:p w14:paraId="2B4B14D0" w14:textId="77777777" w:rsidR="008D1AB0" w:rsidRDefault="008D1AB0"/>
    <w:p w14:paraId="7A6A3D8F" w14:textId="77777777" w:rsidR="008D1AB0" w:rsidRDefault="00000000">
      <w:pPr>
        <w:pStyle w:val="Kop1"/>
      </w:pPr>
      <w:r>
        <w:rPr>
          <w:color w:val="0057D9"/>
          <w:sz w:val="30"/>
        </w:rPr>
        <w:t>5. Sociale media</w:t>
      </w:r>
    </w:p>
    <w:p w14:paraId="58C89A86" w14:textId="77777777" w:rsidR="008D1AB0" w:rsidRDefault="00000000">
      <w:r>
        <w:t>Online communiceren we met hetzelfde respect als offline. We delen geen vertrouwelijke informatie, respecteren elkaars privacy en vragen toestemming voordat herkenbare foto's of video's worden gepubliceerd.</w:t>
      </w:r>
    </w:p>
    <w:p w14:paraId="22DCDF06" w14:textId="77777777" w:rsidR="008D1AB0" w:rsidRDefault="008D1AB0"/>
    <w:p w14:paraId="0E64A294" w14:textId="77777777" w:rsidR="008D1AB0" w:rsidRDefault="00000000">
      <w:pPr>
        <w:pStyle w:val="Kop1"/>
      </w:pPr>
      <w:r>
        <w:rPr>
          <w:color w:val="0057D9"/>
          <w:sz w:val="30"/>
        </w:rPr>
        <w:lastRenderedPageBreak/>
        <w:t>6. Spreek je uit</w:t>
      </w:r>
    </w:p>
    <w:p w14:paraId="45BDC07C" w14:textId="77777777" w:rsidR="008D1AB0" w:rsidRDefault="00000000">
      <w:r>
        <w:t>Zie je iets dat niet klopt of maak je je zorgen? Blijf er niet mee lopen, maar bespreek dit met een trainer, organisator of het bestuur. Samen zorgen we voor een veilige omgeving.</w:t>
      </w:r>
    </w:p>
    <w:p w14:paraId="1B8E4225" w14:textId="77777777" w:rsidR="008D1AB0" w:rsidRDefault="008D1AB0"/>
    <w:p w14:paraId="3B8C4AE7" w14:textId="77777777" w:rsidR="008D1AB0" w:rsidRDefault="00000000">
      <w:pPr>
        <w:pStyle w:val="Kop1"/>
      </w:pPr>
      <w:r>
        <w:rPr>
          <w:color w:val="0057D9"/>
          <w:sz w:val="30"/>
        </w:rPr>
        <w:t>7. Iedereen doet mee</w:t>
      </w:r>
    </w:p>
    <w:p w14:paraId="10224202" w14:textId="77777777" w:rsidR="008D1AB0" w:rsidRDefault="00000000">
      <w:r>
        <w:t>Deze gedragscode geldt voor bestuur, trainers, coaches, vrijwilligers, deelnemers, partners, bezoekers en organisatoren. Iedereen draagt verantwoordelijkheid voor een positieve en veilige sportomgeving.</w:t>
      </w:r>
    </w:p>
    <w:p w14:paraId="0D4B0226" w14:textId="77777777" w:rsidR="008D1AB0" w:rsidRDefault="008D1AB0"/>
    <w:p w14:paraId="119E20DB" w14:textId="77777777" w:rsidR="008D1AB0" w:rsidRDefault="00000000">
      <w:pPr>
        <w:pStyle w:val="Kop1"/>
      </w:pPr>
      <w:r>
        <w:rPr>
          <w:color w:val="0057D9"/>
          <w:sz w:val="30"/>
        </w:rPr>
        <w:t>Onze kernwaarden</w:t>
      </w:r>
    </w:p>
    <w:p w14:paraId="7A5F3C1C" w14:textId="77777777" w:rsidR="008D1AB0" w:rsidRDefault="00000000">
      <w:r>
        <w:t>• Respect – We behandelen elkaar zoals we zelf behandeld willen worden.</w:t>
      </w:r>
      <w:r>
        <w:br/>
        <w:t>• Veiligheid – Iedereen moet zichzelf kunnen zijn.</w:t>
      </w:r>
      <w:r>
        <w:br/>
        <w:t>• Verbinding – Samen maken we de community sterker.</w:t>
      </w:r>
      <w:r>
        <w:br/>
        <w:t>• Ontwikkeling – We helpen elkaar groeien.</w:t>
      </w:r>
      <w:r>
        <w:br/>
        <w:t>• Verantwoordelijkheid – Iedereen draagt bij aan een positieve sportomgeving.</w:t>
      </w:r>
    </w:p>
    <w:p w14:paraId="3291F41C" w14:textId="77777777" w:rsidR="008D1AB0" w:rsidRDefault="008D1AB0"/>
    <w:p w14:paraId="244EAC6B" w14:textId="77777777" w:rsidR="008D1AB0" w:rsidRDefault="00000000">
      <w:pPr>
        <w:pStyle w:val="Kop1"/>
      </w:pPr>
      <w:r>
        <w:rPr>
          <w:color w:val="0057D9"/>
        </w:rPr>
        <w:t>Samen maken we Street Sports Nederland</w:t>
      </w:r>
    </w:p>
    <w:p w14:paraId="79393AF7" w14:textId="77777777" w:rsidR="008D1AB0" w:rsidRDefault="00000000">
      <w:r>
        <w:t>Een veilige community ontstaat niet door regels alleen. Een veilige community ontstaat doordat mensen iedere dag opnieuw kiezen voor respect, verantwoordelijkheid en verbinding.</w:t>
      </w:r>
    </w:p>
    <w:p w14:paraId="23981B7B" w14:textId="77777777" w:rsidR="008D1AB0" w:rsidRDefault="00000000">
      <w:pPr>
        <w:jc w:val="center"/>
      </w:pPr>
      <w:r>
        <w:rPr>
          <w:b/>
          <w:color w:val="0057D9"/>
        </w:rPr>
        <w:t>Street Sports Nederland</w:t>
      </w:r>
      <w:r>
        <w:rPr>
          <w:b/>
          <w:color w:val="0057D9"/>
        </w:rPr>
        <w:br/>
        <w:t>Stronger Together</w:t>
      </w:r>
    </w:p>
    <w:sectPr w:rsidR="008D1AB0"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A7AD5" w14:textId="77777777" w:rsidR="002A2EED" w:rsidRDefault="002A2EED">
      <w:pPr>
        <w:spacing w:after="0" w:line="240" w:lineRule="auto"/>
      </w:pPr>
      <w:r>
        <w:separator/>
      </w:r>
    </w:p>
  </w:endnote>
  <w:endnote w:type="continuationSeparator" w:id="0">
    <w:p w14:paraId="3C18D176" w14:textId="77777777" w:rsidR="002A2EED" w:rsidRDefault="002A2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81CB0" w14:textId="77777777" w:rsidR="008D1AB0" w:rsidRDefault="00000000">
    <w:pPr>
      <w:pStyle w:val="Voettekst"/>
      <w:jc w:val="center"/>
    </w:pPr>
    <w:r>
      <w:rPr>
        <w:color w:val="595959"/>
        <w:sz w:val="16"/>
      </w:rPr>
      <w:t xml:space="preserve">© Street Sports Nederland – Alle </w:t>
    </w:r>
    <w:proofErr w:type="spellStart"/>
    <w:r>
      <w:rPr>
        <w:color w:val="595959"/>
        <w:sz w:val="16"/>
      </w:rPr>
      <w:t>rechten</w:t>
    </w:r>
    <w:proofErr w:type="spellEnd"/>
    <w:r>
      <w:rPr>
        <w:color w:val="595959"/>
        <w:sz w:val="16"/>
      </w:rPr>
      <w:t xml:space="preserve"> </w:t>
    </w:r>
    <w:proofErr w:type="spellStart"/>
    <w:r>
      <w:rPr>
        <w:color w:val="595959"/>
        <w:sz w:val="16"/>
      </w:rPr>
      <w:t>voorbehouden</w:t>
    </w:r>
    <w:proofErr w:type="spellEnd"/>
    <w:r>
      <w:rPr>
        <w:color w:val="595959"/>
        <w:sz w:val="16"/>
      </w:rPr>
      <w:t xml:space="preserve">. </w:t>
    </w:r>
    <w:proofErr w:type="spellStart"/>
    <w:r>
      <w:rPr>
        <w:color w:val="595959"/>
        <w:sz w:val="16"/>
      </w:rPr>
      <w:t>Niets</w:t>
    </w:r>
    <w:proofErr w:type="spellEnd"/>
    <w:r>
      <w:rPr>
        <w:color w:val="595959"/>
        <w:sz w:val="16"/>
      </w:rPr>
      <w:t xml:space="preserve"> </w:t>
    </w:r>
    <w:proofErr w:type="spellStart"/>
    <w:r>
      <w:rPr>
        <w:color w:val="595959"/>
        <w:sz w:val="16"/>
      </w:rPr>
      <w:t>uit</w:t>
    </w:r>
    <w:proofErr w:type="spellEnd"/>
    <w:r>
      <w:rPr>
        <w:color w:val="595959"/>
        <w:sz w:val="16"/>
      </w:rPr>
      <w:t xml:space="preserve"> </w:t>
    </w:r>
    <w:proofErr w:type="spellStart"/>
    <w:r>
      <w:rPr>
        <w:color w:val="595959"/>
        <w:sz w:val="16"/>
      </w:rPr>
      <w:t>deze</w:t>
    </w:r>
    <w:proofErr w:type="spellEnd"/>
    <w:r>
      <w:rPr>
        <w:color w:val="595959"/>
        <w:sz w:val="16"/>
      </w:rPr>
      <w:t xml:space="preserve"> </w:t>
    </w:r>
    <w:proofErr w:type="spellStart"/>
    <w:r>
      <w:rPr>
        <w:color w:val="595959"/>
        <w:sz w:val="16"/>
      </w:rPr>
      <w:t>uitgave</w:t>
    </w:r>
    <w:proofErr w:type="spellEnd"/>
    <w:r>
      <w:rPr>
        <w:color w:val="595959"/>
        <w:sz w:val="16"/>
      </w:rPr>
      <w:t xml:space="preserve"> mag </w:t>
    </w:r>
    <w:proofErr w:type="spellStart"/>
    <w:r>
      <w:rPr>
        <w:color w:val="595959"/>
        <w:sz w:val="16"/>
      </w:rPr>
      <w:t>zonder</w:t>
    </w:r>
    <w:proofErr w:type="spellEnd"/>
    <w:r>
      <w:rPr>
        <w:color w:val="595959"/>
        <w:sz w:val="16"/>
      </w:rPr>
      <w:t xml:space="preserve"> </w:t>
    </w:r>
    <w:proofErr w:type="spellStart"/>
    <w:r>
      <w:rPr>
        <w:color w:val="595959"/>
        <w:sz w:val="16"/>
      </w:rPr>
      <w:t>voorafgaande</w:t>
    </w:r>
    <w:proofErr w:type="spellEnd"/>
    <w:r>
      <w:rPr>
        <w:color w:val="595959"/>
        <w:sz w:val="16"/>
      </w:rPr>
      <w:t xml:space="preserve"> </w:t>
    </w:r>
    <w:proofErr w:type="spellStart"/>
    <w:r>
      <w:rPr>
        <w:color w:val="595959"/>
        <w:sz w:val="16"/>
      </w:rPr>
      <w:t>schriftelijke</w:t>
    </w:r>
    <w:proofErr w:type="spellEnd"/>
    <w:r>
      <w:rPr>
        <w:color w:val="595959"/>
        <w:sz w:val="16"/>
      </w:rPr>
      <w:t xml:space="preserve"> </w:t>
    </w:r>
    <w:proofErr w:type="spellStart"/>
    <w:r>
      <w:rPr>
        <w:color w:val="595959"/>
        <w:sz w:val="16"/>
      </w:rPr>
      <w:t>toestemming</w:t>
    </w:r>
    <w:proofErr w:type="spellEnd"/>
    <w:r>
      <w:rPr>
        <w:color w:val="595959"/>
        <w:sz w:val="16"/>
      </w:rPr>
      <w:t xml:space="preserve"> van Street Sports Nederland </w:t>
    </w:r>
    <w:proofErr w:type="spellStart"/>
    <w:r>
      <w:rPr>
        <w:color w:val="595959"/>
        <w:sz w:val="16"/>
      </w:rPr>
      <w:t>worden</w:t>
    </w:r>
    <w:proofErr w:type="spellEnd"/>
    <w:r>
      <w:rPr>
        <w:color w:val="595959"/>
        <w:sz w:val="16"/>
      </w:rPr>
      <w:t xml:space="preserve"> </w:t>
    </w:r>
    <w:proofErr w:type="spellStart"/>
    <w:r>
      <w:rPr>
        <w:color w:val="595959"/>
        <w:sz w:val="16"/>
      </w:rPr>
      <w:t>verveelvoudigd</w:t>
    </w:r>
    <w:proofErr w:type="spellEnd"/>
    <w:r>
      <w:rPr>
        <w:color w:val="595959"/>
        <w:sz w:val="16"/>
      </w:rPr>
      <w:t xml:space="preserve">, </w:t>
    </w:r>
    <w:proofErr w:type="spellStart"/>
    <w:r>
      <w:rPr>
        <w:color w:val="595959"/>
        <w:sz w:val="16"/>
      </w:rPr>
      <w:t>openbaar</w:t>
    </w:r>
    <w:proofErr w:type="spellEnd"/>
    <w:r>
      <w:rPr>
        <w:color w:val="595959"/>
        <w:sz w:val="16"/>
      </w:rPr>
      <w:t xml:space="preserve"> </w:t>
    </w:r>
    <w:proofErr w:type="spellStart"/>
    <w:r>
      <w:rPr>
        <w:color w:val="595959"/>
        <w:sz w:val="16"/>
      </w:rPr>
      <w:t>gemaakt</w:t>
    </w:r>
    <w:proofErr w:type="spellEnd"/>
    <w:r>
      <w:rPr>
        <w:color w:val="595959"/>
        <w:sz w:val="16"/>
      </w:rPr>
      <w:t xml:space="preserve"> of </w:t>
    </w:r>
    <w:proofErr w:type="spellStart"/>
    <w:r>
      <w:rPr>
        <w:color w:val="595959"/>
        <w:sz w:val="16"/>
      </w:rPr>
      <w:t>verspreid</w:t>
    </w:r>
    <w:proofErr w:type="spellEnd"/>
    <w:r>
      <w:rPr>
        <w:color w:val="595959"/>
        <w:sz w:val="16"/>
      </w:rPr>
      <w:t xml:space="preserve">, in </w:t>
    </w:r>
    <w:proofErr w:type="spellStart"/>
    <w:r>
      <w:rPr>
        <w:color w:val="595959"/>
        <w:sz w:val="16"/>
      </w:rPr>
      <w:t>welke</w:t>
    </w:r>
    <w:proofErr w:type="spellEnd"/>
    <w:r>
      <w:rPr>
        <w:color w:val="595959"/>
        <w:sz w:val="16"/>
      </w:rPr>
      <w:t xml:space="preserve"> </w:t>
    </w:r>
    <w:proofErr w:type="spellStart"/>
    <w:r>
      <w:rPr>
        <w:color w:val="595959"/>
        <w:sz w:val="16"/>
      </w:rPr>
      <w:t>vorm</w:t>
    </w:r>
    <w:proofErr w:type="spellEnd"/>
    <w:r>
      <w:rPr>
        <w:color w:val="595959"/>
        <w:sz w:val="16"/>
      </w:rPr>
      <w:t xml:space="preserve"> dan </w:t>
    </w:r>
    <w:proofErr w:type="spellStart"/>
    <w:r>
      <w:rPr>
        <w:color w:val="595959"/>
        <w:sz w:val="16"/>
      </w:rPr>
      <w:t>ook</w:t>
    </w:r>
    <w:proofErr w:type="spellEnd"/>
    <w:r>
      <w:rPr>
        <w:color w:val="595959"/>
        <w:sz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28BB4" w14:textId="77777777" w:rsidR="002A2EED" w:rsidRDefault="002A2EED">
      <w:pPr>
        <w:spacing w:after="0" w:line="240" w:lineRule="auto"/>
      </w:pPr>
      <w:r>
        <w:separator/>
      </w:r>
    </w:p>
  </w:footnote>
  <w:footnote w:type="continuationSeparator" w:id="0">
    <w:p w14:paraId="4A07DAA0" w14:textId="77777777" w:rsidR="002A2EED" w:rsidRDefault="002A2E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585800335">
    <w:abstractNumId w:val="8"/>
  </w:num>
  <w:num w:numId="2" w16cid:durableId="1749690432">
    <w:abstractNumId w:val="6"/>
  </w:num>
  <w:num w:numId="3" w16cid:durableId="364063306">
    <w:abstractNumId w:val="5"/>
  </w:num>
  <w:num w:numId="4" w16cid:durableId="1358897069">
    <w:abstractNumId w:val="4"/>
  </w:num>
  <w:num w:numId="5" w16cid:durableId="1129932206">
    <w:abstractNumId w:val="7"/>
  </w:num>
  <w:num w:numId="6" w16cid:durableId="1012103721">
    <w:abstractNumId w:val="3"/>
  </w:num>
  <w:num w:numId="7" w16cid:durableId="163323682">
    <w:abstractNumId w:val="2"/>
  </w:num>
  <w:num w:numId="8" w16cid:durableId="1927105087">
    <w:abstractNumId w:val="1"/>
  </w:num>
  <w:num w:numId="9" w16cid:durableId="836190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27DA"/>
    <w:rsid w:val="0015074B"/>
    <w:rsid w:val="0029639D"/>
    <w:rsid w:val="002A2EED"/>
    <w:rsid w:val="00326F90"/>
    <w:rsid w:val="00414615"/>
    <w:rsid w:val="008D1AB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5BBE38"/>
  <w14:defaultImageDpi w14:val="300"/>
  <w15:docId w15:val="{135DCC33-D2FA-488F-9284-7447279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Silvia Bos- Holtkamp</cp:lastModifiedBy>
  <cp:revision>2</cp:revision>
  <dcterms:created xsi:type="dcterms:W3CDTF">2026-07-22T08:24:00Z</dcterms:created>
  <dcterms:modified xsi:type="dcterms:W3CDTF">2026-07-22T08:24:00Z</dcterms:modified>
  <cp:category/>
</cp:coreProperties>
</file>