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89199" w14:textId="77777777" w:rsidR="00A62891" w:rsidRPr="00E539D3" w:rsidRDefault="00000000">
      <w:pPr>
        <w:pStyle w:val="Titel"/>
        <w:rPr>
          <w:lang w:val="nl-NL"/>
        </w:rPr>
      </w:pPr>
      <w:r w:rsidRPr="00E539D3">
        <w:rPr>
          <w:color w:val="0057D9"/>
          <w:lang w:val="nl-NL"/>
        </w:rPr>
        <w:t xml:space="preserve">Privacyverklaring Street </w:t>
      </w:r>
      <w:proofErr w:type="spellStart"/>
      <w:r w:rsidRPr="00E539D3">
        <w:rPr>
          <w:color w:val="0057D9"/>
          <w:lang w:val="nl-NL"/>
        </w:rPr>
        <w:t>Sports</w:t>
      </w:r>
      <w:proofErr w:type="spellEnd"/>
      <w:r w:rsidRPr="00E539D3">
        <w:rPr>
          <w:color w:val="0057D9"/>
          <w:lang w:val="nl-NL"/>
        </w:rPr>
        <w:t xml:space="preserve"> Nederland</w:t>
      </w:r>
    </w:p>
    <w:p w14:paraId="61268B0C" w14:textId="77777777" w:rsidR="00A62891" w:rsidRPr="00E539D3" w:rsidRDefault="00000000">
      <w:pPr>
        <w:rPr>
          <w:lang w:val="nl-NL"/>
        </w:rPr>
      </w:pPr>
      <w:r w:rsidRPr="00E539D3">
        <w:rPr>
          <w:lang w:val="nl-NL"/>
        </w:rPr>
        <w:t xml:space="preserve">Street </w:t>
      </w:r>
      <w:proofErr w:type="spellStart"/>
      <w:r w:rsidRPr="00E539D3">
        <w:rPr>
          <w:lang w:val="nl-NL"/>
        </w:rPr>
        <w:t>Sports</w:t>
      </w:r>
      <w:proofErr w:type="spellEnd"/>
      <w:r w:rsidRPr="00E539D3">
        <w:rPr>
          <w:lang w:val="nl-NL"/>
        </w:rPr>
        <w:t xml:space="preserve"> Nederland verwerkt persoonsgegevens zorgvuldig en in overeenstemming met de Algemene Verordening Gegevensbescherming (AVG). In deze privacyverklaring leggen wij uit welke gegevens wij verzamelen, waarom wij dat doen en welke rechten je hebt.</w:t>
      </w:r>
    </w:p>
    <w:p w14:paraId="1EB13DDA" w14:textId="77777777" w:rsidR="00A62891" w:rsidRPr="00E539D3" w:rsidRDefault="00000000">
      <w:pPr>
        <w:pStyle w:val="Kop1"/>
        <w:rPr>
          <w:lang w:val="nl-NL"/>
        </w:rPr>
      </w:pPr>
      <w:r w:rsidRPr="00E539D3">
        <w:rPr>
          <w:color w:val="0057D9"/>
          <w:lang w:val="nl-NL"/>
        </w:rPr>
        <w:t>1. Welke gegevens verwerken wij?</w:t>
      </w:r>
    </w:p>
    <w:p w14:paraId="109E9CA7" w14:textId="77777777" w:rsidR="00A62891" w:rsidRPr="00E539D3" w:rsidRDefault="00000000">
      <w:pPr>
        <w:rPr>
          <w:lang w:val="nl-NL"/>
        </w:rPr>
      </w:pPr>
      <w:r w:rsidRPr="00E539D3">
        <w:rPr>
          <w:lang w:val="nl-NL"/>
        </w:rPr>
        <w:t>Wij kunnen onder andere je naam, adres, woonplaats, e-mailadres, telefoonnummer, geboortedatum, betaalgegevens en informatie verwerken die je zelf aan ons verstrekt bij een inschrijving, aanvraag of contactmoment.</w:t>
      </w:r>
    </w:p>
    <w:p w14:paraId="2FEC7EF2" w14:textId="77777777" w:rsidR="00A62891" w:rsidRPr="00E539D3" w:rsidRDefault="00000000">
      <w:pPr>
        <w:pStyle w:val="Kop1"/>
        <w:rPr>
          <w:lang w:val="nl-NL"/>
        </w:rPr>
      </w:pPr>
      <w:r w:rsidRPr="00E539D3">
        <w:rPr>
          <w:color w:val="0057D9"/>
          <w:lang w:val="nl-NL"/>
        </w:rPr>
        <w:t>2. Waarom verwerken wij deze gegevens?</w:t>
      </w:r>
    </w:p>
    <w:p w14:paraId="1ECEE04F" w14:textId="7BCE78F9" w:rsidR="00A62891" w:rsidRPr="00E539D3" w:rsidRDefault="00000000">
      <w:pPr>
        <w:rPr>
          <w:lang w:val="nl-NL"/>
        </w:rPr>
      </w:pPr>
      <w:r w:rsidRPr="00E539D3">
        <w:rPr>
          <w:lang w:val="nl-NL"/>
        </w:rPr>
        <w:t>Wij gebruiken persoonsgegevens voor het verwerken van inschrijvingen, het organiseren van trainingen en evenementen, het onderhouden van contact, het versturen van facturen</w:t>
      </w:r>
      <w:r w:rsidR="00E539D3">
        <w:rPr>
          <w:lang w:val="nl-NL"/>
        </w:rPr>
        <w:t xml:space="preserve">, het </w:t>
      </w:r>
      <w:proofErr w:type="spellStart"/>
      <w:r w:rsidR="00E539D3">
        <w:rPr>
          <w:lang w:val="nl-NL"/>
        </w:rPr>
        <w:t>evt</w:t>
      </w:r>
      <w:proofErr w:type="spellEnd"/>
      <w:r w:rsidR="00E539D3">
        <w:rPr>
          <w:lang w:val="nl-NL"/>
        </w:rPr>
        <w:t xml:space="preserve"> verzorgen van </w:t>
      </w:r>
      <w:r w:rsidR="00E539D3" w:rsidRPr="00E539D3">
        <w:rPr>
          <w:lang w:val="nl-NL"/>
        </w:rPr>
        <w:t>opleidingen</w:t>
      </w:r>
      <w:r w:rsidR="00E539D3">
        <w:rPr>
          <w:lang w:val="nl-NL"/>
        </w:rPr>
        <w:t xml:space="preserve"> </w:t>
      </w:r>
      <w:r w:rsidRPr="00E539D3">
        <w:rPr>
          <w:lang w:val="nl-NL"/>
        </w:rPr>
        <w:t>en het verbeteren van onze dienstverlening. Wanneer wettelijk vereist vragen wij vooraf toestemming.</w:t>
      </w:r>
    </w:p>
    <w:p w14:paraId="017FFABD" w14:textId="77777777" w:rsidR="00A62891" w:rsidRPr="00E539D3" w:rsidRDefault="00000000">
      <w:pPr>
        <w:pStyle w:val="Kop1"/>
        <w:rPr>
          <w:lang w:val="nl-NL"/>
        </w:rPr>
      </w:pPr>
      <w:r w:rsidRPr="00E539D3">
        <w:rPr>
          <w:color w:val="0057D9"/>
          <w:lang w:val="nl-NL"/>
        </w:rPr>
        <w:t>3. Bewaartermijnen</w:t>
      </w:r>
    </w:p>
    <w:p w14:paraId="25C2D571" w14:textId="77777777" w:rsidR="00A62891" w:rsidRPr="00E539D3" w:rsidRDefault="00000000">
      <w:pPr>
        <w:rPr>
          <w:lang w:val="nl-NL"/>
        </w:rPr>
      </w:pPr>
      <w:r w:rsidRPr="00E539D3">
        <w:rPr>
          <w:lang w:val="nl-NL"/>
        </w:rPr>
        <w:t>Persoonsgegevens worden niet langer bewaard dan noodzakelijk is voor het doel waarvoor zij zijn verzameld of zolang de wet dit voorschrijft.</w:t>
      </w:r>
    </w:p>
    <w:p w14:paraId="3E830D0B" w14:textId="77777777" w:rsidR="00A62891" w:rsidRPr="00E539D3" w:rsidRDefault="00000000">
      <w:pPr>
        <w:pStyle w:val="Kop1"/>
        <w:rPr>
          <w:lang w:val="nl-NL"/>
        </w:rPr>
      </w:pPr>
      <w:r w:rsidRPr="00E539D3">
        <w:rPr>
          <w:color w:val="0057D9"/>
          <w:lang w:val="nl-NL"/>
        </w:rPr>
        <w:t>4. Delen van persoonsgegevens</w:t>
      </w:r>
    </w:p>
    <w:p w14:paraId="44983ECB" w14:textId="77777777" w:rsidR="00A62891" w:rsidRPr="00E539D3" w:rsidRDefault="00000000">
      <w:pPr>
        <w:rPr>
          <w:lang w:val="nl-NL"/>
        </w:rPr>
      </w:pPr>
      <w:r w:rsidRPr="00E539D3">
        <w:rPr>
          <w:lang w:val="nl-NL"/>
        </w:rPr>
        <w:t xml:space="preserve">Street </w:t>
      </w:r>
      <w:proofErr w:type="spellStart"/>
      <w:r w:rsidRPr="00E539D3">
        <w:rPr>
          <w:lang w:val="nl-NL"/>
        </w:rPr>
        <w:t>Sports</w:t>
      </w:r>
      <w:proofErr w:type="spellEnd"/>
      <w:r w:rsidRPr="00E539D3">
        <w:rPr>
          <w:lang w:val="nl-NL"/>
        </w:rPr>
        <w:t xml:space="preserve"> Nederland verstrekt persoonsgegevens uitsluitend aan derden wanneer dit noodzakelijk is voor de uitvoering van onze dienstverlening of wanneer wij daar wettelijk toe verplicht zijn.</w:t>
      </w:r>
    </w:p>
    <w:p w14:paraId="1FADC12C" w14:textId="77777777" w:rsidR="00A62891" w:rsidRPr="00E539D3" w:rsidRDefault="00000000">
      <w:pPr>
        <w:pStyle w:val="Kop1"/>
        <w:rPr>
          <w:lang w:val="nl-NL"/>
        </w:rPr>
      </w:pPr>
      <w:r w:rsidRPr="00E539D3">
        <w:rPr>
          <w:color w:val="0057D9"/>
          <w:lang w:val="nl-NL"/>
        </w:rPr>
        <w:t>5. Foto- en videomateriaal</w:t>
      </w:r>
    </w:p>
    <w:p w14:paraId="67D87D23" w14:textId="77777777" w:rsidR="00A62891" w:rsidRPr="00E539D3" w:rsidRDefault="00000000">
      <w:pPr>
        <w:rPr>
          <w:lang w:val="nl-NL"/>
        </w:rPr>
      </w:pPr>
      <w:r w:rsidRPr="00E539D3">
        <w:rPr>
          <w:lang w:val="nl-NL"/>
        </w:rPr>
        <w:t>Tijdens activiteiten kunnen foto's of video's worden gemaakt voor communicatie- en promotiedoeleinden. Wanneer je bezwaar hebt tegen het gebruik van beeldmateriaal kun je dit altijd aan ons laten weten.</w:t>
      </w:r>
    </w:p>
    <w:p w14:paraId="7745A4D8" w14:textId="77777777" w:rsidR="00A62891" w:rsidRPr="00E539D3" w:rsidRDefault="00000000">
      <w:pPr>
        <w:pStyle w:val="Kop1"/>
        <w:rPr>
          <w:lang w:val="nl-NL"/>
        </w:rPr>
      </w:pPr>
      <w:r w:rsidRPr="00E539D3">
        <w:rPr>
          <w:color w:val="0057D9"/>
          <w:lang w:val="nl-NL"/>
        </w:rPr>
        <w:lastRenderedPageBreak/>
        <w:t>6. Jouw rechten</w:t>
      </w:r>
    </w:p>
    <w:p w14:paraId="45D1D958" w14:textId="77777777" w:rsidR="00A62891" w:rsidRPr="00E539D3" w:rsidRDefault="00000000">
      <w:pPr>
        <w:rPr>
          <w:lang w:val="nl-NL"/>
        </w:rPr>
      </w:pPr>
      <w:r w:rsidRPr="00E539D3">
        <w:rPr>
          <w:lang w:val="nl-NL"/>
        </w:rPr>
        <w:t xml:space="preserve">Je hebt het recht op inzage, correctie, verwijdering, beperking van verwerking, overdraagbaarheid van gegevens en bezwaar tegen de verwerking van jouw persoonsgegevens. Verzoeken kun je indienen via Street </w:t>
      </w:r>
      <w:proofErr w:type="spellStart"/>
      <w:r w:rsidRPr="00E539D3">
        <w:rPr>
          <w:lang w:val="nl-NL"/>
        </w:rPr>
        <w:t>Sports</w:t>
      </w:r>
      <w:proofErr w:type="spellEnd"/>
      <w:r w:rsidRPr="00E539D3">
        <w:rPr>
          <w:lang w:val="nl-NL"/>
        </w:rPr>
        <w:t xml:space="preserve"> Nederland.</w:t>
      </w:r>
    </w:p>
    <w:p w14:paraId="1E8BEDF2" w14:textId="77777777" w:rsidR="00A62891" w:rsidRPr="00E539D3" w:rsidRDefault="00000000">
      <w:pPr>
        <w:pStyle w:val="Kop1"/>
        <w:rPr>
          <w:lang w:val="nl-NL"/>
        </w:rPr>
      </w:pPr>
      <w:r w:rsidRPr="00E539D3">
        <w:rPr>
          <w:color w:val="0057D9"/>
          <w:lang w:val="nl-NL"/>
        </w:rPr>
        <w:t>7. Contact</w:t>
      </w:r>
    </w:p>
    <w:p w14:paraId="793422BE" w14:textId="77777777" w:rsidR="00A62891" w:rsidRPr="00E539D3" w:rsidRDefault="00000000">
      <w:pPr>
        <w:rPr>
          <w:lang w:val="nl-NL"/>
        </w:rPr>
      </w:pPr>
      <w:r w:rsidRPr="00E539D3">
        <w:rPr>
          <w:lang w:val="nl-NL"/>
        </w:rPr>
        <w:t xml:space="preserve">Heb je vragen over deze privacyverklaring of over de verwerking van jouw persoonsgegevens? Neem dan contact op met Street </w:t>
      </w:r>
      <w:proofErr w:type="spellStart"/>
      <w:r w:rsidRPr="00E539D3">
        <w:rPr>
          <w:lang w:val="nl-NL"/>
        </w:rPr>
        <w:t>Sports</w:t>
      </w:r>
      <w:proofErr w:type="spellEnd"/>
      <w:r w:rsidRPr="00E539D3">
        <w:rPr>
          <w:lang w:val="nl-NL"/>
        </w:rPr>
        <w:t xml:space="preserve"> Nederland. Wij behandelen iedere vraag zorgvuldig en vertrouwelijk.</w:t>
      </w:r>
    </w:p>
    <w:sectPr w:rsidR="00A62891" w:rsidRPr="00E539D3" w:rsidSect="00034616">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46320" w14:textId="77777777" w:rsidR="004514C6" w:rsidRDefault="004514C6">
      <w:pPr>
        <w:spacing w:after="0" w:line="240" w:lineRule="auto"/>
      </w:pPr>
      <w:r>
        <w:separator/>
      </w:r>
    </w:p>
  </w:endnote>
  <w:endnote w:type="continuationSeparator" w:id="0">
    <w:p w14:paraId="0945F582" w14:textId="77777777" w:rsidR="004514C6" w:rsidRDefault="00451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E0427" w14:textId="77777777" w:rsidR="00A62891" w:rsidRPr="00E539D3" w:rsidRDefault="00000000">
    <w:pPr>
      <w:pStyle w:val="Voettekst"/>
      <w:jc w:val="center"/>
      <w:rPr>
        <w:lang w:val="nl-NL"/>
      </w:rPr>
    </w:pPr>
    <w:r w:rsidRPr="00E539D3">
      <w:rPr>
        <w:lang w:val="nl-NL"/>
      </w:rPr>
      <w:t>© Street Sports Nederland – Alle rechten voorbehouden. Niets uit deze uitgave mag zonder voorafgaande schriftelijke toestemming van Street Sports Nederland worden verveelvoudigd, openbaar gemaakt of verspreid, in welke vorm dan ook.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A4289" w14:textId="77777777" w:rsidR="004514C6" w:rsidRDefault="004514C6">
      <w:pPr>
        <w:spacing w:after="0" w:line="240" w:lineRule="auto"/>
      </w:pPr>
      <w:r>
        <w:separator/>
      </w:r>
    </w:p>
  </w:footnote>
  <w:footnote w:type="continuationSeparator" w:id="0">
    <w:p w14:paraId="1B2055FB" w14:textId="77777777" w:rsidR="004514C6" w:rsidRDefault="004514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551110705">
    <w:abstractNumId w:val="8"/>
  </w:num>
  <w:num w:numId="2" w16cid:durableId="1069116377">
    <w:abstractNumId w:val="6"/>
  </w:num>
  <w:num w:numId="3" w16cid:durableId="1474106379">
    <w:abstractNumId w:val="5"/>
  </w:num>
  <w:num w:numId="4" w16cid:durableId="1542521029">
    <w:abstractNumId w:val="4"/>
  </w:num>
  <w:num w:numId="5" w16cid:durableId="1984844867">
    <w:abstractNumId w:val="7"/>
  </w:num>
  <w:num w:numId="6" w16cid:durableId="891694912">
    <w:abstractNumId w:val="3"/>
  </w:num>
  <w:num w:numId="7" w16cid:durableId="969287020">
    <w:abstractNumId w:val="2"/>
  </w:num>
  <w:num w:numId="8" w16cid:durableId="1371302046">
    <w:abstractNumId w:val="1"/>
  </w:num>
  <w:num w:numId="9" w16cid:durableId="1127040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514C6"/>
    <w:rsid w:val="00741C5B"/>
    <w:rsid w:val="00A62891"/>
    <w:rsid w:val="00AA1D8D"/>
    <w:rsid w:val="00B47730"/>
    <w:rsid w:val="00CB0664"/>
    <w:rsid w:val="00E539D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33B7E3"/>
  <w14:defaultImageDpi w14:val="300"/>
  <w15:docId w15:val="{A81A79AD-849B-448C-98C5-FD3086F46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301</Words>
  <Characters>1656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Silvia Bos- Holtkamp</cp:lastModifiedBy>
  <cp:revision>2</cp:revision>
  <dcterms:created xsi:type="dcterms:W3CDTF">2026-07-22T08:34:00Z</dcterms:created>
  <dcterms:modified xsi:type="dcterms:W3CDTF">2026-07-22T08:34:00Z</dcterms:modified>
  <cp:category/>
</cp:coreProperties>
</file>